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שכונת העתיד שלנו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עקרונות תכנון עירוני ירוק ונגיש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מושגים כמו אי חום עירוני וג'נטריפיקציה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ביקורתית על צדק חברתי בתכנון שכונות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כל השירותים החשובים במרחק הליכה או רכיבה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אזור בעיר שחם יותר בגלל בטון ואספלט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עצים וצל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שדרוג שכונה שמעלה מחירים ועלול להדיח תושבים ותיקים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מי עלול להיפגע מהשינוי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העיקרון מבוסס על הליכה ורכיבה, לא נסיעה ברכב.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הצמחייה מקררת את הבניין ומפחיתה חום.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היא עלולה לפגוע בתושבים ותיקים שמתקשים לעמוד במחירים החדשים.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הם תורמים לאיכות חיים ולהפחתת חום.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תחבורה ציבורית היא שירות חיוני שצריך לכלול בתכנון.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15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ג'נטריפיקציה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ירוקים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(שירותים חשובים במרחק הליכה קצר)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(אזור חם במיוחד בגלל בטון ואספלט)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(צמחייה על גג שמקררת ומוסיפה ירק)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(שדרוג שכונה שמעלה מחירים ועלול להדיח תושבים)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(פארק או כיכר לשימוש כל התושבים)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ותכנון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שתילת עצים, בניית גגות ירוקים, שימוש במשטחים בהירים או הוספת מקורות מים.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פרויקט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תכלול רשימת שירותים (חינוך, בריאות, קניות, פנאי) במרחק הליכה, והצעה קונקרטית לשמירה על תושבים ותיקים כמו דיור בר השגה או סבסוד.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שירותים חשובים במרחק הליכה או רכיבה קצר מהבית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עצים, גגות ירוקים, משטחים בהירים או מקורות 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תהליך שדרוג שמעלה מחירים ועלול להדיח תושבים ותיקים, לכן צריך לבדוק מי עלול להיפגע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את התרגילים למפה אמיתית של שכונה מוכרת לתלמידים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בכיתה בדוגמאות מקומיות לאי חום עירוני או לשדרוג שכונות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הפתוח, לעודד תלמידים להציג את הרעיון בקצרה כמו ועדת תכנון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שכונת העתיד שלנו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בפרויקט שכונת העתיד לומדים לתכנן שכונה שמתחשבת בכולם – בסביבה, בנוחות התושבים ובצדק חברתי. דף זה מתרגל את המושגים המרכזיים מהפרויקט.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עקרון עיר 15 דקות?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השירותים החשובים במרחק הליכה או רכיבה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נסיעה של 15 דקות באוטובוס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15 דקות המתנה בכל רמזור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מהירות הנסיעה המרבית ברחוב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אי חום עירוני?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אזור בעיר שחם יותר בגלל בטון ואספלט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 בלב הים ליד העיר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שכונה עם הרבה גנים וצל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אזור קר במיוחד בגלל רוח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פתרון באמת עוזר להפחית חום בשכונה?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עצים וצל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עוד אספלט כהה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הסרת כל הגינות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בניינים צפופים בלי אוורור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ג'נטריפיקציה?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שדרוג שכונה שמעלה מחירים ועלול להדיח תושבים ותיקים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בניית כביש חדש בשכונה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הקמת גן ילדים ציבורי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תחרות ספורט שכונתית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בודקים בשלב בדיקת הצדק בתכנון שכונה?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 עלול להיפגע מהשינוי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כמה כסף ירוויח הקבלן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באיזה צבע לצבוע בניינים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כמה זמן תימשך הבנייה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עקרון עיר 15 דקות אומר שצריך לנסוע ברכב פרטי לכל מקום.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גגות ירוקים יכולים לעזור להפחית חום בעיר.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ג'נטריפיקציה תמיד מועילה באותה מידה לכל התושבים בשכונה.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שטחים פתוחים וצל הם חלק חשוב בתכנון שכונה ירוקה.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תחבורה ציבורית אינה חלק מתכנון שכונת עתיד.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לפי עקרון עיר ה-__________, כל השירותים החשובים נמצאים במרחק קצר מהבית.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תופעה שבה אזורים בעיר הופכים חמים יותר בגלל בטון ואספלט נקראת אי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אחת הדרכים להילחם בחום בשכונה היא הוספת __________ ברחובות.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כאשר שכונה משתדרגת והמחירים עולים, תושבים ותיקים עלולים להיפגע בתהליך שנקרא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גגות __________ יכולים לקרר בניינים ולהוסיף שטח ירוק בעיר.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עיר 15 דקות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פארק או כיכר לשימוש כל התושבים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אי חום עירוני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שדרוג שכונה שמעלה מחירים ועלול להדיח תושבים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גג ירוק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שירותים חשובים במרחק הליכה קצר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ג'נטריפיקציה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אזור חם במיוחד בגלל בטון ואספלט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שטח ציבורי פתוח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צמחייה על גג שמקררת ומוסיפה ירק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ותכנון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הציעו שלושה פתרונות שונים להפחתת אי חום עירוני בשכונה.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פרויקט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תכננו שכונת עתיד קטנה: כתבו אילו שירותים יהיו במרחק 15 דקות הליכה, ואיזה פתרון תציעו כדי לשמור על התושבים הוותיקים בזמן שדרוג השכונה.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עקרון עיר 15 דקות?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לפתרון נגד אי חום עירוני.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ג'נטריפיקציה ולמה חשוב לשים לב אליה בתכנון שכונה?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שכונת העתיד שלנו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